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673214" w14:textId="74685EB2" w:rsidR="00D6530A" w:rsidRPr="00851248" w:rsidRDefault="00000000" w:rsidP="00851248">
      <w:pPr>
        <w:jc w:val="right"/>
        <w:rPr>
          <w:lang w:val="ru-RU"/>
        </w:rPr>
      </w:pPr>
      <w:r w:rsidRPr="00851248">
        <w:rPr>
          <w:lang w:val="ru-RU"/>
        </w:rPr>
        <w:t>В __________________________</w:t>
      </w:r>
      <w:r w:rsidRPr="00851248">
        <w:rPr>
          <w:lang w:val="ru-RU"/>
        </w:rPr>
        <w:br/>
        <w:t>(наименование отдела полиции,</w:t>
      </w:r>
      <w:r w:rsidRPr="00851248">
        <w:rPr>
          <w:lang w:val="ru-RU"/>
        </w:rPr>
        <w:br/>
        <w:t>адрес)</w:t>
      </w:r>
    </w:p>
    <w:p w14:paraId="5BF904C0" w14:textId="77777777" w:rsidR="00D6530A" w:rsidRPr="00851248" w:rsidRDefault="00000000">
      <w:pPr>
        <w:jc w:val="right"/>
        <w:rPr>
          <w:lang w:val="ru-RU"/>
        </w:rPr>
      </w:pPr>
      <w:r w:rsidRPr="00851248">
        <w:rPr>
          <w:lang w:val="ru-RU"/>
        </w:rPr>
        <w:t>От: _________________________</w:t>
      </w:r>
      <w:r w:rsidRPr="00851248">
        <w:rPr>
          <w:lang w:val="ru-RU"/>
        </w:rPr>
        <w:br/>
        <w:t>(Ф.И.О. заявителя полностью)</w:t>
      </w:r>
      <w:r w:rsidRPr="00851248">
        <w:rPr>
          <w:lang w:val="ru-RU"/>
        </w:rPr>
        <w:br/>
      </w:r>
      <w:r w:rsidRPr="00851248">
        <w:rPr>
          <w:lang w:val="ru-RU"/>
        </w:rPr>
        <w:br/>
        <w:t>Адрес: ______________________</w:t>
      </w:r>
      <w:r w:rsidRPr="00851248">
        <w:rPr>
          <w:lang w:val="ru-RU"/>
        </w:rPr>
        <w:br/>
        <w:t>______________________________</w:t>
      </w:r>
      <w:r w:rsidRPr="00851248">
        <w:rPr>
          <w:lang w:val="ru-RU"/>
        </w:rPr>
        <w:br/>
      </w:r>
      <w:r w:rsidRPr="00851248">
        <w:rPr>
          <w:lang w:val="ru-RU"/>
        </w:rPr>
        <w:br/>
        <w:t>Телефон: ____________________</w:t>
      </w:r>
      <w:r w:rsidRPr="00851248">
        <w:rPr>
          <w:lang w:val="ru-RU"/>
        </w:rPr>
        <w:br/>
      </w:r>
      <w:r w:rsidRPr="00851248">
        <w:rPr>
          <w:lang w:val="ru-RU"/>
        </w:rPr>
        <w:br/>
        <w:t>Паспорт: серия _____ № ______</w:t>
      </w:r>
      <w:r w:rsidRPr="00851248">
        <w:rPr>
          <w:lang w:val="ru-RU"/>
        </w:rPr>
        <w:br/>
        <w:t>выдан: _______________________</w:t>
      </w:r>
      <w:r w:rsidRPr="00851248">
        <w:rPr>
          <w:lang w:val="ru-RU"/>
        </w:rPr>
        <w:br/>
        <w:t>______________________________</w:t>
      </w:r>
    </w:p>
    <w:p w14:paraId="35D505AB" w14:textId="77777777" w:rsidR="00D6530A" w:rsidRPr="00851248" w:rsidRDefault="00D6530A">
      <w:pPr>
        <w:rPr>
          <w:lang w:val="ru-RU"/>
        </w:rPr>
      </w:pPr>
    </w:p>
    <w:p w14:paraId="719516BA" w14:textId="47170875" w:rsidR="00D6530A" w:rsidRPr="00851248" w:rsidRDefault="00000000" w:rsidP="00851248">
      <w:pPr>
        <w:jc w:val="center"/>
        <w:rPr>
          <w:lang w:val="ru-RU"/>
        </w:rPr>
      </w:pPr>
      <w:r w:rsidRPr="00851248">
        <w:rPr>
          <w:b/>
          <w:sz w:val="28"/>
          <w:lang w:val="ru-RU"/>
        </w:rPr>
        <w:t>ЗАЯВЛЕНИЕ</w:t>
      </w:r>
      <w:r w:rsidRPr="00851248">
        <w:rPr>
          <w:b/>
          <w:sz w:val="28"/>
          <w:lang w:val="ru-RU"/>
        </w:rPr>
        <w:br/>
      </w:r>
    </w:p>
    <w:p w14:paraId="01164101" w14:textId="3EE64A29" w:rsidR="00A75F6D" w:rsidRDefault="00CE035A" w:rsidP="00A75F6D">
      <w:pPr>
        <w:ind w:firstLine="720"/>
        <w:jc w:val="both"/>
        <w:rPr>
          <w:lang w:val="ru-RU"/>
        </w:rPr>
      </w:pPr>
      <w:r>
        <w:rPr>
          <w:lang w:val="ru-RU"/>
        </w:rPr>
        <w:t>В</w:t>
      </w:r>
      <w:r w:rsidR="00000000" w:rsidRPr="00851248">
        <w:rPr>
          <w:lang w:val="ru-RU"/>
        </w:rPr>
        <w:t xml:space="preserve"> период с «___» __________ 202__ г. по «___» __________ 202__ г. неизвестные лица, действуя незаконно, создали учётную запись (аккаунт) от моего имени в приложении «</w:t>
      </w:r>
      <w:r w:rsidR="00000000">
        <w:t>MAX</w:t>
      </w:r>
      <w:r w:rsidR="00000000" w:rsidRPr="00851248">
        <w:rPr>
          <w:lang w:val="ru-RU"/>
        </w:rPr>
        <w:t>» (далее — «мошеннический аккаунт») без моего ведома и согласия.</w:t>
      </w:r>
    </w:p>
    <w:p w14:paraId="132217F0" w14:textId="77777777" w:rsidR="00A75F6D" w:rsidRDefault="00000000" w:rsidP="00A75F6D">
      <w:pPr>
        <w:ind w:firstLine="720"/>
        <w:jc w:val="both"/>
        <w:rPr>
          <w:lang w:val="ru-RU"/>
        </w:rPr>
      </w:pPr>
      <w:r w:rsidRPr="00851248">
        <w:rPr>
          <w:lang w:val="ru-RU"/>
        </w:rPr>
        <w:t>Мне стало известно о существовании мошеннического аккаунта, зарегистрированного на моё имя с использованием моих персональных данных (в том числе: ФИО, фотографии, номера телефона</w:t>
      </w:r>
      <w:r w:rsidR="00A75F6D">
        <w:rPr>
          <w:lang w:val="ru-RU"/>
        </w:rPr>
        <w:t xml:space="preserve">, </w:t>
      </w:r>
      <w:r w:rsidRPr="00851248">
        <w:rPr>
          <w:lang w:val="ru-RU"/>
        </w:rPr>
        <w:t>иных данных), после того как мои знакомые и контакты из списка контактов моего телефона начали получать от указанного аккаунта сообщения с просьбами (запросами), которые я не отправлял(а).</w:t>
      </w:r>
    </w:p>
    <w:p w14:paraId="26F7B22A" w14:textId="77777777" w:rsidR="00A75F6D" w:rsidRDefault="00000000" w:rsidP="00A75F6D">
      <w:pPr>
        <w:ind w:firstLine="720"/>
        <w:jc w:val="both"/>
        <w:rPr>
          <w:lang w:val="ru-RU"/>
        </w:rPr>
      </w:pPr>
      <w:r w:rsidRPr="00851248">
        <w:rPr>
          <w:lang w:val="ru-RU"/>
        </w:rPr>
        <w:t>Содержание рассылаемых сообщений (указать кратко, например: «просьбы о переводе денежных средств», «запросы личной информации», «ссылки на сомнительные ресурсы» и т.п.):</w:t>
      </w:r>
      <w:r w:rsidR="00A75F6D">
        <w:rPr>
          <w:lang w:val="ru-RU"/>
        </w:rPr>
        <w:t>________</w:t>
      </w:r>
      <w:r w:rsidRPr="00851248">
        <w:rPr>
          <w:lang w:val="ru-RU"/>
        </w:rPr>
        <w:t>________________________________________________________.</w:t>
      </w:r>
    </w:p>
    <w:p w14:paraId="1824EE62" w14:textId="77777777" w:rsidR="00A75F6D" w:rsidRDefault="00A75F6D" w:rsidP="00A75F6D">
      <w:pPr>
        <w:ind w:firstLine="720"/>
        <w:jc w:val="both"/>
        <w:rPr>
          <w:lang w:val="ru-RU"/>
        </w:rPr>
      </w:pPr>
      <w:r>
        <w:rPr>
          <w:lang w:val="ru-RU"/>
        </w:rPr>
        <w:t>Однако, я</w:t>
      </w:r>
      <w:r w:rsidR="00000000" w:rsidRPr="00851248">
        <w:rPr>
          <w:lang w:val="ru-RU"/>
        </w:rPr>
        <w:t xml:space="preserve"> не регистрировал(а) данный аккаунт, не предоставлял(а) своих учётных данных третьим лицам и не давал(а) согласия на использование моих персональных данных и контактов для создания учётной записи и рассылки сообщений.</w:t>
      </w:r>
    </w:p>
    <w:p w14:paraId="0F78F4B0" w14:textId="77777777" w:rsidR="00A75F6D" w:rsidRDefault="00A75F6D" w:rsidP="00A75F6D">
      <w:pPr>
        <w:ind w:firstLine="720"/>
        <w:jc w:val="both"/>
        <w:rPr>
          <w:lang w:val="ru-RU"/>
        </w:rPr>
      </w:pPr>
      <w:r>
        <w:rPr>
          <w:lang w:val="ru-RU"/>
        </w:rPr>
        <w:t>В связи с указанным, п</w:t>
      </w:r>
      <w:r w:rsidR="00000000" w:rsidRPr="00851248">
        <w:rPr>
          <w:lang w:val="ru-RU"/>
        </w:rPr>
        <w:t>олагаю, что неизвестные лица получили доступ к моим персональным данным и/или контактам незаконным путём (возможные способы: взлом телефона/аккаунтов, фишинг, утечка данных и т.п.; если известны обстоятельства — указать): _____________________________________________________________________.</w:t>
      </w:r>
    </w:p>
    <w:p w14:paraId="2768C554" w14:textId="77777777" w:rsidR="00A75F6D" w:rsidRDefault="00000000" w:rsidP="00A75F6D">
      <w:pPr>
        <w:ind w:firstLine="720"/>
        <w:jc w:val="both"/>
        <w:rPr>
          <w:lang w:val="ru-RU"/>
        </w:rPr>
      </w:pPr>
      <w:r w:rsidRPr="00851248">
        <w:rPr>
          <w:lang w:val="ru-RU"/>
        </w:rPr>
        <w:lastRenderedPageBreak/>
        <w:t>Создание мошеннического аккаунта и рассылка от моего имени причиняют мне моральный вред, подрывают мою репутацию и создают угрозу безопасности моих контактов, которые могут быть введены в заблуждение относительно авторства сообщений и понести материальный ущерб (в случае перевода денежных средств мошенникам).</w:t>
      </w:r>
    </w:p>
    <w:p w14:paraId="1E3B9CAE" w14:textId="7966EBC6" w:rsidR="00D6530A" w:rsidRPr="00851248" w:rsidRDefault="00000000" w:rsidP="00A75F6D">
      <w:pPr>
        <w:ind w:firstLine="720"/>
        <w:jc w:val="both"/>
        <w:rPr>
          <w:lang w:val="ru-RU"/>
        </w:rPr>
      </w:pPr>
      <w:r w:rsidRPr="00851248">
        <w:rPr>
          <w:lang w:val="ru-RU"/>
        </w:rPr>
        <w:t>Я обратился(ась) в службу поддержки сервиса «</w:t>
      </w:r>
      <w:r>
        <w:t>MAX</w:t>
      </w:r>
      <w:r w:rsidRPr="00851248">
        <w:rPr>
          <w:lang w:val="ru-RU"/>
        </w:rPr>
        <w:t>» с требованием удалить мошеннический аккаунт и предоставить информацию о его создателе (дата обращения: «___» __________ 202__ г.; ответ получен / не получен — нужное подчеркнуть; приложить скриншоты переписки, если имеются).</w:t>
      </w:r>
    </w:p>
    <w:p w14:paraId="6FF68053" w14:textId="77777777" w:rsidR="00D6530A" w:rsidRPr="00851248" w:rsidRDefault="00000000" w:rsidP="00851248">
      <w:pPr>
        <w:jc w:val="both"/>
        <w:rPr>
          <w:lang w:val="ru-RU"/>
        </w:rPr>
      </w:pPr>
      <w:r w:rsidRPr="00851248">
        <w:rPr>
          <w:b/>
          <w:lang w:val="ru-RU"/>
        </w:rPr>
        <w:t>На основании изложенного прошу:</w:t>
      </w:r>
    </w:p>
    <w:p w14:paraId="5FF28522" w14:textId="75EA4EF4" w:rsidR="007A4434" w:rsidRPr="007A4434" w:rsidRDefault="007A4434" w:rsidP="007A4434">
      <w:pPr>
        <w:pStyle w:val="ae"/>
        <w:numPr>
          <w:ilvl w:val="0"/>
          <w:numId w:val="10"/>
        </w:numPr>
        <w:jc w:val="both"/>
        <w:rPr>
          <w:lang w:val="ru-RU"/>
        </w:rPr>
      </w:pPr>
      <w:r w:rsidRPr="007A4434">
        <w:rPr>
          <w:lang w:val="ru-RU"/>
        </w:rPr>
        <w:t>Принять заявление и з</w:t>
      </w:r>
      <w:r w:rsidR="00000000" w:rsidRPr="007A4434">
        <w:rPr>
          <w:lang w:val="ru-RU"/>
        </w:rPr>
        <w:t>арегистрировать его в установленном порядке</w:t>
      </w:r>
      <w:r w:rsidRPr="007A4434">
        <w:rPr>
          <w:lang w:val="ru-RU"/>
        </w:rPr>
        <w:t>.</w:t>
      </w:r>
    </w:p>
    <w:p w14:paraId="767A9B87" w14:textId="088E2E79" w:rsidR="007A4434" w:rsidRDefault="007A4434" w:rsidP="00851248">
      <w:pPr>
        <w:pStyle w:val="ae"/>
        <w:numPr>
          <w:ilvl w:val="0"/>
          <w:numId w:val="10"/>
        </w:numPr>
        <w:jc w:val="both"/>
        <w:rPr>
          <w:lang w:val="ru-RU"/>
        </w:rPr>
      </w:pPr>
      <w:r w:rsidRPr="007A4434">
        <w:rPr>
          <w:lang w:val="ru-RU"/>
        </w:rPr>
        <w:t>П</w:t>
      </w:r>
      <w:r w:rsidR="00000000" w:rsidRPr="007A4434">
        <w:rPr>
          <w:lang w:val="ru-RU"/>
        </w:rPr>
        <w:t>ровести проверку в соответствии со ст. 144–145 УПК РФ</w:t>
      </w:r>
      <w:r w:rsidRPr="007A4434">
        <w:rPr>
          <w:lang w:val="ru-RU"/>
        </w:rPr>
        <w:t xml:space="preserve"> </w:t>
      </w:r>
      <w:r w:rsidRPr="007A4434">
        <w:rPr>
          <w:lang w:val="ru-RU"/>
        </w:rPr>
        <w:t>по признакам преступления, предусмотренного ст. 159.6 УК РФ (мошенничество в сфере компьютерной информации) и/или ст. 272 УК РФ (неправомерный доступ к компьютерной информации)</w:t>
      </w:r>
    </w:p>
    <w:p w14:paraId="0DD8F915" w14:textId="77777777" w:rsidR="007A4434" w:rsidRDefault="00000000" w:rsidP="00851248">
      <w:pPr>
        <w:pStyle w:val="ae"/>
        <w:numPr>
          <w:ilvl w:val="0"/>
          <w:numId w:val="10"/>
        </w:numPr>
        <w:jc w:val="both"/>
        <w:rPr>
          <w:lang w:val="ru-RU"/>
        </w:rPr>
      </w:pPr>
      <w:r w:rsidRPr="007A4434">
        <w:rPr>
          <w:lang w:val="ru-RU"/>
        </w:rPr>
        <w:t>Направить запрос оператору сервиса «</w:t>
      </w:r>
      <w:r>
        <w:t>MAX</w:t>
      </w:r>
      <w:r w:rsidRPr="007A4434">
        <w:rPr>
          <w:lang w:val="ru-RU"/>
        </w:rPr>
        <w:t xml:space="preserve">» с требованием предоставить сведения о регистрационных данных мошеннического аккаунта (в том числе: </w:t>
      </w:r>
      <w:r>
        <w:t>IP</w:t>
      </w:r>
      <w:r w:rsidRPr="007A4434">
        <w:rPr>
          <w:lang w:val="ru-RU"/>
        </w:rPr>
        <w:t>-адреса, данные устройств, журналы активности, контактные данные, использованные при регистрации, и иную информацию, позволяющую установить личность создателя аккаунта)</w:t>
      </w:r>
      <w:r w:rsidR="007A4434">
        <w:rPr>
          <w:lang w:val="ru-RU"/>
        </w:rPr>
        <w:t>.</w:t>
      </w:r>
    </w:p>
    <w:p w14:paraId="0789CB24" w14:textId="45BB1685" w:rsidR="00D6530A" w:rsidRPr="00CE035A" w:rsidRDefault="00000000" w:rsidP="00851248">
      <w:pPr>
        <w:pStyle w:val="ae"/>
        <w:numPr>
          <w:ilvl w:val="0"/>
          <w:numId w:val="10"/>
        </w:numPr>
        <w:jc w:val="both"/>
        <w:rPr>
          <w:lang w:val="ru-RU"/>
        </w:rPr>
      </w:pPr>
      <w:r w:rsidRPr="007A4434">
        <w:rPr>
          <w:lang w:val="ru-RU"/>
        </w:rPr>
        <w:t>О результатах рассмотрения заявления и принятом решении прошу уведомить меня в письменном виде в установленный законом срок по указанному выше адресу и/или по телефону.</w:t>
      </w:r>
    </w:p>
    <w:p w14:paraId="53F27170" w14:textId="77777777" w:rsidR="00CE035A" w:rsidRDefault="00000000" w:rsidP="00851248">
      <w:pPr>
        <w:jc w:val="both"/>
        <w:rPr>
          <w:lang w:val="ru-RU"/>
        </w:rPr>
      </w:pPr>
      <w:r w:rsidRPr="00851248">
        <w:rPr>
          <w:lang w:val="ru-RU"/>
        </w:rPr>
        <w:t>Приложения (приложить копии):</w:t>
      </w:r>
    </w:p>
    <w:p w14:paraId="2B7A8437" w14:textId="247DF921" w:rsidR="00CE035A" w:rsidRDefault="00CE035A" w:rsidP="00851248">
      <w:pPr>
        <w:jc w:val="both"/>
        <w:rPr>
          <w:lang w:val="ru-RU"/>
        </w:rPr>
      </w:pPr>
      <w:r>
        <w:rPr>
          <w:lang w:val="ru-RU"/>
        </w:rPr>
        <w:t>-</w:t>
      </w:r>
      <w:r w:rsidR="00000000" w:rsidRPr="00851248">
        <w:rPr>
          <w:lang w:val="ru-RU"/>
        </w:rPr>
        <w:t xml:space="preserve"> скриншоты сообщений, полученных моими контактами от мошеннического аккаунта (_____ шт.);</w:t>
      </w:r>
    </w:p>
    <w:p w14:paraId="5F4152F4" w14:textId="4B14BF13" w:rsidR="00D6530A" w:rsidRPr="00851248" w:rsidRDefault="00CE035A" w:rsidP="00851248">
      <w:pPr>
        <w:jc w:val="both"/>
        <w:rPr>
          <w:lang w:val="ru-RU"/>
        </w:rPr>
      </w:pPr>
      <w:r>
        <w:rPr>
          <w:lang w:val="ru-RU"/>
        </w:rPr>
        <w:t>-</w:t>
      </w:r>
      <w:r w:rsidR="00000000" w:rsidRPr="00851248">
        <w:rPr>
          <w:lang w:val="ru-RU"/>
        </w:rPr>
        <w:t xml:space="preserve"> скриншоты профиля мошеннического аккаунта в приложении «</w:t>
      </w:r>
      <w:r w:rsidR="00000000">
        <w:t>MAX</w:t>
      </w:r>
      <w:r w:rsidR="00000000" w:rsidRPr="00851248">
        <w:rPr>
          <w:lang w:val="ru-RU"/>
        </w:rPr>
        <w:t>» (если доступны);</w:t>
      </w:r>
      <w:r w:rsidR="00000000" w:rsidRPr="00851248">
        <w:rPr>
          <w:lang w:val="ru-RU"/>
        </w:rPr>
        <w:br/>
      </w:r>
      <w:r>
        <w:rPr>
          <w:lang w:val="ru-RU"/>
        </w:rPr>
        <w:t>-</w:t>
      </w:r>
      <w:r w:rsidR="00000000" w:rsidRPr="00851248">
        <w:rPr>
          <w:lang w:val="ru-RU"/>
        </w:rPr>
        <w:t xml:space="preserve"> скриншоты переписки со службой поддержки сервиса «</w:t>
      </w:r>
      <w:r w:rsidR="00000000">
        <w:t>MAX</w:t>
      </w:r>
      <w:r w:rsidR="00000000" w:rsidRPr="00851248">
        <w:rPr>
          <w:lang w:val="ru-RU"/>
        </w:rPr>
        <w:t>» (если имеются);</w:t>
      </w:r>
      <w:r w:rsidR="00000000" w:rsidRPr="00851248">
        <w:rPr>
          <w:lang w:val="ru-RU"/>
        </w:rPr>
        <w:br/>
      </w:r>
      <w:r>
        <w:rPr>
          <w:lang w:val="ru-RU"/>
        </w:rPr>
        <w:t>-</w:t>
      </w:r>
      <w:r w:rsidR="00000000" w:rsidRPr="00851248">
        <w:rPr>
          <w:lang w:val="ru-RU"/>
        </w:rPr>
        <w:t xml:space="preserve"> копия паспорта заявителя (для подтверждения личности);</w:t>
      </w:r>
      <w:r w:rsidR="00000000" w:rsidRPr="00851248">
        <w:rPr>
          <w:lang w:val="ru-RU"/>
        </w:rPr>
        <w:br/>
      </w:r>
      <w:r>
        <w:rPr>
          <w:lang w:val="ru-RU"/>
        </w:rPr>
        <w:t>-</w:t>
      </w:r>
      <w:r w:rsidR="00000000" w:rsidRPr="00851248">
        <w:rPr>
          <w:lang w:val="ru-RU"/>
        </w:rPr>
        <w:t xml:space="preserve"> иные документы, подтверждающие обстоятельства заявления: _______________________________.</w:t>
      </w:r>
    </w:p>
    <w:p w14:paraId="6818317B" w14:textId="77777777" w:rsidR="00D6530A" w:rsidRPr="00851248" w:rsidRDefault="00000000" w:rsidP="00851248">
      <w:pPr>
        <w:jc w:val="both"/>
        <w:rPr>
          <w:lang w:val="ru-RU"/>
        </w:rPr>
      </w:pPr>
      <w:r w:rsidRPr="00851248">
        <w:rPr>
          <w:lang w:val="ru-RU"/>
        </w:rPr>
        <w:t>«___» __________ 202__ г.                    _________________ / ________________________ /</w:t>
      </w:r>
    </w:p>
    <w:p w14:paraId="24F3145C" w14:textId="1BE7C88D" w:rsidR="00D6530A" w:rsidRPr="00CE035A" w:rsidRDefault="00000000" w:rsidP="00851248">
      <w:pPr>
        <w:jc w:val="both"/>
        <w:rPr>
          <w:lang w:val="ru-RU"/>
        </w:rPr>
      </w:pPr>
      <w:r w:rsidRPr="00851248">
        <w:rPr>
          <w:sz w:val="20"/>
          <w:lang w:val="ru-RU"/>
        </w:rPr>
        <w:t>(дата)                                       (подпись)              (расшифровка Ф.И.О.)</w:t>
      </w:r>
    </w:p>
    <w:sectPr w:rsidR="00D6530A" w:rsidRPr="00CE035A" w:rsidSect="00851248">
      <w:pgSz w:w="12240" w:h="15840"/>
      <w:pgMar w:top="1440" w:right="9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B861EA2"/>
    <w:multiLevelType w:val="hybridMultilevel"/>
    <w:tmpl w:val="2D16ED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3087135">
    <w:abstractNumId w:val="8"/>
  </w:num>
  <w:num w:numId="2" w16cid:durableId="230897099">
    <w:abstractNumId w:val="6"/>
  </w:num>
  <w:num w:numId="3" w16cid:durableId="260451256">
    <w:abstractNumId w:val="5"/>
  </w:num>
  <w:num w:numId="4" w16cid:durableId="1333213986">
    <w:abstractNumId w:val="4"/>
  </w:num>
  <w:num w:numId="5" w16cid:durableId="406996629">
    <w:abstractNumId w:val="7"/>
  </w:num>
  <w:num w:numId="6" w16cid:durableId="357464363">
    <w:abstractNumId w:val="3"/>
  </w:num>
  <w:num w:numId="7" w16cid:durableId="1157770004">
    <w:abstractNumId w:val="2"/>
  </w:num>
  <w:num w:numId="8" w16cid:durableId="1032532202">
    <w:abstractNumId w:val="1"/>
  </w:num>
  <w:num w:numId="9" w16cid:durableId="532619175">
    <w:abstractNumId w:val="0"/>
  </w:num>
  <w:num w:numId="10" w16cid:durableId="125135758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4E553A"/>
    <w:rsid w:val="00546107"/>
    <w:rsid w:val="007A4434"/>
    <w:rsid w:val="007E0216"/>
    <w:rsid w:val="00851248"/>
    <w:rsid w:val="00A75F6D"/>
    <w:rsid w:val="00AA1D8D"/>
    <w:rsid w:val="00B47730"/>
    <w:rsid w:val="00CB0664"/>
    <w:rsid w:val="00CE035A"/>
    <w:rsid w:val="00D6530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8461976"/>
  <w14:defaultImageDpi w14:val="300"/>
  <w15:docId w15:val="{10F0A65B-5E37-4455-8504-6D892C17D8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4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Заголовок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о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а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5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6">
    <w:name w:val="Strong"/>
    <w:basedOn w:val="a2"/>
    <w:uiPriority w:val="22"/>
    <w:qFormat/>
    <w:rsid w:val="00FC693F"/>
    <w:rPr>
      <w:b/>
      <w:bCs/>
    </w:rPr>
  </w:style>
  <w:style w:type="character" w:styleId="af7">
    <w:name w:val="Emphasis"/>
    <w:basedOn w:val="a2"/>
    <w:uiPriority w:val="20"/>
    <w:qFormat/>
    <w:rsid w:val="00FC693F"/>
    <w:rPr>
      <w:i/>
      <w:iCs/>
    </w:rPr>
  </w:style>
  <w:style w:type="paragraph" w:styleId="af8">
    <w:name w:val="Intense Quote"/>
    <w:basedOn w:val="a1"/>
    <w:next w:val="a1"/>
    <w:link w:val="af9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9">
    <w:name w:val="Выделенная цитата Знак"/>
    <w:basedOn w:val="a2"/>
    <w:link w:val="af8"/>
    <w:uiPriority w:val="30"/>
    <w:rsid w:val="00FC693F"/>
    <w:rPr>
      <w:b/>
      <w:bCs/>
      <w:i/>
      <w:iCs/>
      <w:color w:val="4F81BD" w:themeColor="accent1"/>
    </w:rPr>
  </w:style>
  <w:style w:type="character" w:styleId="afa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b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c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d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e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0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1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2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3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4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5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6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7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552</Words>
  <Characters>3153</Characters>
  <Application>Microsoft Office Word</Application>
  <DocSecurity>0</DocSecurity>
  <Lines>26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3698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Анна Карасева</cp:lastModifiedBy>
  <cp:revision>4</cp:revision>
  <dcterms:created xsi:type="dcterms:W3CDTF">2026-09-11T12:26:00Z</dcterms:created>
  <dcterms:modified xsi:type="dcterms:W3CDTF">2026-09-11T12:45:00Z</dcterms:modified>
  <cp:category/>
</cp:coreProperties>
</file>